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rPr>
          <w:color w:val="1A6B3C"/>
        </w:rPr>
        <w:t>HALALFOOD.COM TERMS OF USE, DISCLAIMER &amp; POLICIES</w:t>
      </w:r>
    </w:p>
    <w:p>
      <w:pPr>
        <w:jc w:val="center"/>
      </w:pPr>
      <w:r>
        <w:t>Effective Date: April 07, 2026</w:t>
      </w:r>
    </w:p>
    <w:p>
      <w:r>
        <w:rPr>
          <w:b/>
        </w:rPr>
        <w:t>PLEASE READ THESE TERMS CAREFULLY. BY ACCESSING OR USING HALALFOOD.COM, YOU AGREE TO BE BOUND BY THESE TERMS. IF YOU DO NOT AGREE, YOU MUST IMMEDIATELY STOP USING THIS PLATFORM AND LEAVE.</w:t>
      </w:r>
    </w:p>
    <w:p/>
    <w:p>
      <w:pPr>
        <w:pStyle w:val="Heading1"/>
      </w:pPr>
      <w:r>
        <w:rPr>
          <w:color w:val="1A6B3C"/>
        </w:rPr>
        <w:t>1. ACCEPTANCE OF TERMS</w:t>
      </w:r>
    </w:p>
    <w:p>
      <w:r>
        <w:rPr>
          <w:sz w:val="22"/>
        </w:rPr>
        <w:t>1.1 By accessing, browsing, registering, or using HalalFood.Com in any way, you ("User") unconditionally agree to these Terms of Use, Disclaimer, and all Policies set forth herein.</w:t>
      </w:r>
    </w:p>
    <w:p>
      <w:r>
        <w:rPr>
          <w:sz w:val="22"/>
        </w:rPr>
        <w:t>1.2 These Terms apply to all users including customers, restaurant partners, drivers, visitors, and any other party accessing the platform.</w:t>
      </w:r>
    </w:p>
    <w:p>
      <w:r>
        <w:rPr>
          <w:sz w:val="22"/>
        </w:rPr>
        <w:t>1.3 If you do not agree with any part of these Terms, you must immediately cease using HalalFood.Com and leave the platform.</w:t>
      </w:r>
    </w:p>
    <w:p>
      <w:r>
        <w:rPr>
          <w:sz w:val="22"/>
        </w:rPr>
        <w:t>1.4 HalalFood.Com reserves the right to modify these Terms at any time without prior notice. Continued use of the platform constitutes acceptance of the modified Terms.</w:t>
      </w:r>
    </w:p>
    <w:p/>
    <w:p>
      <w:pPr>
        <w:pStyle w:val="Heading1"/>
      </w:pPr>
      <w:r>
        <w:rPr>
          <w:color w:val="1A6B3C"/>
        </w:rPr>
        <w:t>2. PLATFORM DISCLAIMER — NO LIABILITY</w:t>
      </w:r>
    </w:p>
    <w:p>
      <w:r>
        <w:rPr>
          <w:sz w:val="22"/>
        </w:rPr>
        <w:t>2.1 HalalFood.Com is a technology platform that connects customers with independent restaurant partners and third-party delivery providers. HalalFood.Com is NOT a restaurant, food manufacturer, food handler, or delivery company.</w:t>
      </w:r>
    </w:p>
    <w:p>
      <w:r>
        <w:rPr>
          <w:sz w:val="22"/>
        </w:rPr>
        <w:t>2.2 ALL TRANSACTIONS, INCLUDING FOOD ORDERS AND DELIVERIES, ARE SOLELY BETWEEN THE CUSTOMER AND THE RESTAURANT PARTNER. HalalFood.Com is not a party to any such transaction.</w:t>
      </w:r>
    </w:p>
    <w:p>
      <w:r>
        <w:rPr>
          <w:sz w:val="22"/>
        </w:rPr>
        <w:t>2.3 HalalFood.Com makes no representations or warranties regarding the quality, safety, accuracy, halal status, or legality of any food, menu item, ingredient, or product listed on the platform.</w:t>
      </w:r>
    </w:p>
    <w:p>
      <w:r>
        <w:rPr>
          <w:sz w:val="22"/>
        </w:rPr>
        <w:t>2.4 HalalFood.Com does not guarantee the accuracy of halal certifications provided by restaurant partners. It is the restaurant's sole responsibility to maintain valid halal certification.</w:t>
      </w:r>
    </w:p>
    <w:p>
      <w:r>
        <w:rPr>
          <w:sz w:val="22"/>
        </w:rPr>
        <w:t>2.5 HalalFood.Com is not responsible for any illness, injury, allergic reaction, food poisoning, or harm caused by food ordered through the platform.</w:t>
      </w:r>
    </w:p>
    <w:p>
      <w:r>
        <w:rPr>
          <w:sz w:val="22"/>
        </w:rPr>
        <w:t>2.6 HalalFood.Com is not responsible for delivery delays, errors, accidents, lost orders, or any incident occurring during delivery by third-party providers.</w:t>
      </w:r>
    </w:p>
    <w:p>
      <w:r>
        <w:rPr>
          <w:sz w:val="22"/>
        </w:rPr>
        <w:t>2.7 HalalFood.Com is not responsible for the acts, omissions, errors, representations, warranties, or negligence of any restaurant partner, delivery provider, or third party.</w:t>
      </w:r>
    </w:p>
    <w:p/>
    <w:p>
      <w:pPr>
        <w:pStyle w:val="Heading1"/>
      </w:pPr>
      <w:r>
        <w:rPr>
          <w:color w:val="1A6B3C"/>
        </w:rPr>
        <w:t>3. RELEASE OF LIABILITY</w:t>
      </w:r>
    </w:p>
    <w:p>
      <w:r>
        <w:rPr>
          <w:sz w:val="22"/>
        </w:rPr>
        <w:t>3.1 TO THE FULLEST EXTENT PERMITTED BY LAW, BY USING HALALFOOD.COM, YOU HEREBY FULLY AND IRREVOCABLY RELEASE, DISCHARGE, AND HOLD HARMLESS:</w:t>
      </w:r>
    </w:p>
    <w:p>
      <w:pPr>
        <w:pStyle w:val="ListBullet"/>
      </w:pPr>
      <w:r>
        <w:rPr>
          <w:sz w:val="22"/>
        </w:rPr>
        <w:t>• HalalFood.Com and its platform</w:t>
      </w:r>
    </w:p>
    <w:p>
      <w:pPr>
        <w:pStyle w:val="ListBullet"/>
      </w:pPr>
      <w:r>
        <w:rPr>
          <w:sz w:val="22"/>
        </w:rPr>
        <w:t>• Renewable Energy Solutions, Inc. (domain owner)</w:t>
      </w:r>
    </w:p>
    <w:p>
      <w:pPr>
        <w:pStyle w:val="ListBullet"/>
      </w:pPr>
      <w:r>
        <w:rPr>
          <w:sz w:val="22"/>
        </w:rPr>
        <w:t>• All owners, co-owners, and shareholders</w:t>
      </w:r>
    </w:p>
    <w:p>
      <w:pPr>
        <w:pStyle w:val="ListBullet"/>
      </w:pPr>
      <w:r>
        <w:rPr>
          <w:sz w:val="22"/>
        </w:rPr>
        <w:t>• All officers, directors, and managers</w:t>
      </w:r>
    </w:p>
    <w:p>
      <w:pPr>
        <w:pStyle w:val="ListBullet"/>
      </w:pPr>
      <w:r>
        <w:rPr>
          <w:sz w:val="22"/>
        </w:rPr>
        <w:t>• All employees, contractors, and agents</w:t>
      </w:r>
    </w:p>
    <w:p>
      <w:pPr>
        <w:pStyle w:val="ListBullet"/>
      </w:pPr>
      <w:r>
        <w:rPr>
          <w:sz w:val="22"/>
        </w:rPr>
        <w:t>• All operators and administrators</w:t>
      </w:r>
    </w:p>
    <w:p>
      <w:pPr>
        <w:pStyle w:val="ListBullet"/>
      </w:pPr>
      <w:r>
        <w:rPr>
          <w:sz w:val="22"/>
        </w:rPr>
        <w:t>• All affiliates, subsidiaries, and related entities</w:t>
      </w:r>
    </w:p>
    <w:p>
      <w:r>
        <w:rPr>
          <w:sz w:val="22"/>
        </w:rPr>
        <w:t>(collectively "Released Parties") FROM ANY AND ALL CLAIMS, DEMANDS, LOSSES, DAMAGES, LIABILITIES, COSTS, AND EXPENSES OF ANY KIND, whether known or unknown, arising out of or in connection with your use of the platform, any food order, any delivery, or any interaction with a restaurant partner or delivery provider.</w:t>
      </w:r>
    </w:p>
    <w:p>
      <w:r>
        <w:rPr>
          <w:sz w:val="22"/>
        </w:rPr>
        <w:t>3.2 This release includes but is not limited to claims for personal injury, food illness, property damage, economic loss, emotional distress, and any other harm.</w:t>
      </w:r>
    </w:p>
    <w:p>
      <w:r>
        <w:rPr>
          <w:sz w:val="22"/>
        </w:rPr>
        <w:t>3.3 YOU EXPRESSLY WAIVE ANY RIGHTS UNDER APPLICABLE STATE OR FEDERAL LAW THAT WOULD OTHERWISE LIMIT THE SCOPE OF THIS RELEASE.</w:t>
      </w:r>
    </w:p>
    <w:p/>
    <w:p>
      <w:pPr>
        <w:pStyle w:val="Heading1"/>
      </w:pPr>
      <w:r>
        <w:rPr>
          <w:color w:val="1A6B3C"/>
        </w:rPr>
        <w:t>4. MAXIMUM LIABILITY CAP</w:t>
      </w:r>
    </w:p>
    <w:p>
      <w:r>
        <w:rPr>
          <w:sz w:val="22"/>
        </w:rPr>
        <w:t>4.1 IN THE EVENT THAT ANY COURT OR ARBITRATOR FINDS HALALFOOD.COM OR ANY RELEASED PARTY LIABLE FOR ANY CLAIM ARISING FROM USE OF THE PLATFORM, THE MAXIMUM TOTAL LIABILITY SHALL NOT EXCEED TEN DOLLARS ($10.00).</w:t>
      </w:r>
    </w:p>
    <w:p>
      <w:r>
        <w:rPr>
          <w:sz w:val="22"/>
        </w:rPr>
        <w:t>4.2 This liability cap applies regardless of the nature of the claim, the legal theory asserted, or the amount of damages alleged.</w:t>
      </w:r>
    </w:p>
    <w:p>
      <w:r>
        <w:rPr>
          <w:sz w:val="22"/>
        </w:rPr>
        <w:t>4.3 This cap applies to all claims combined, not per claim.</w:t>
      </w:r>
    </w:p>
    <w:p/>
    <w:p>
      <w:pPr>
        <w:pStyle w:val="Heading1"/>
      </w:pPr>
      <w:r>
        <w:rPr>
          <w:color w:val="1A6B3C"/>
        </w:rPr>
        <w:t>5. MANDATORY ARBITRATION — NO LAWSUITS</w:t>
      </w:r>
    </w:p>
    <w:p>
      <w:r>
        <w:rPr>
          <w:sz w:val="22"/>
        </w:rPr>
        <w:t>5.1 ALL DISPUTES, CLAIMS, OR CONTROVERSIES ARISING OUT OF OR RELATING TO THESE TERMS OR THE USE OF HALALFOOD.COM SHALL BE RESOLVED EXCLUSIVELY THROUGH BINDING ARBITRATION.</w:t>
      </w:r>
    </w:p>
    <w:p>
      <w:r>
        <w:rPr>
          <w:sz w:val="22"/>
        </w:rPr>
        <w:t>5.2 BY AGREEING TO THESE TERMS, YOU WAIVE YOUR RIGHT TO A JURY TRIAL AND YOUR RIGHT TO PARTICIPATE IN A CLASS ACTION LAWSUIT.</w:t>
      </w:r>
    </w:p>
    <w:p>
      <w:r>
        <w:rPr>
          <w:sz w:val="22"/>
        </w:rPr>
        <w:t>5.3 Arbitration shall be conducted by a single arbitrator under the rules of the American Arbitration Association (AAA) in Orange County, Florida.</w:t>
      </w:r>
    </w:p>
    <w:p>
      <w:r>
        <w:rPr>
          <w:sz w:val="22"/>
        </w:rPr>
        <w:t>5.4 The arbitration shall be conducted in English. The arbitrator's decision shall be final, binding, and enforceable in any court of competent jurisdiction.</w:t>
      </w:r>
    </w:p>
    <w:p>
      <w:r>
        <w:rPr>
          <w:sz w:val="22"/>
        </w:rPr>
        <w:t>5.5 YOU AND HALALFOOD.COM AGREE THAT EACH MAY BRING CLAIMS AGAINST THE OTHER ONLY IN AN INDIVIDUAL CAPACITY, AND NOT AS A PLAINTIFF OR CLASS MEMBER IN ANY CLASS ACTION.</w:t>
      </w:r>
    </w:p>
    <w:p>
      <w:r>
        <w:rPr>
          <w:sz w:val="22"/>
        </w:rPr>
        <w:t>5.6 Any claim must be filed within one (1) year of the event giving rise to the claim, or it is permanently barred.</w:t>
      </w:r>
    </w:p>
    <w:p>
      <w:r>
        <w:rPr>
          <w:sz w:val="22"/>
        </w:rPr>
        <w:t>5.7 The prevailing party in arbitration shall not be entitled to attorneys' fees unless the claim is found to be frivolous.</w:t>
      </w:r>
    </w:p>
    <w:p/>
    <w:p>
      <w:pPr>
        <w:pStyle w:val="Heading1"/>
      </w:pPr>
      <w:r>
        <w:rPr>
          <w:color w:val="1A6B3C"/>
        </w:rPr>
        <w:t>6. INDEMNIFICATION</w:t>
      </w:r>
    </w:p>
    <w:p>
      <w:r>
        <w:rPr>
          <w:sz w:val="22"/>
        </w:rPr>
        <w:t>6.1 You agree to defend, indemnify, and hold harmless all Released Parties from and against any claims, damages, losses, liabilities, costs, and expenses (including attorneys' fees) arising from:</w:t>
      </w:r>
    </w:p>
    <w:p>
      <w:pPr>
        <w:pStyle w:val="ListBullet"/>
      </w:pPr>
      <w:r>
        <w:rPr>
          <w:sz w:val="22"/>
        </w:rPr>
        <w:t>• Your use of HalalFood.Com</w:t>
      </w:r>
    </w:p>
    <w:p>
      <w:pPr>
        <w:pStyle w:val="ListBullet"/>
      </w:pPr>
      <w:r>
        <w:rPr>
          <w:sz w:val="22"/>
        </w:rPr>
        <w:t>• Your violation of these Terms</w:t>
      </w:r>
    </w:p>
    <w:p>
      <w:pPr>
        <w:pStyle w:val="ListBullet"/>
      </w:pPr>
      <w:r>
        <w:rPr>
          <w:sz w:val="22"/>
        </w:rPr>
        <w:t>• Your violation of any law or third-party rights</w:t>
      </w:r>
    </w:p>
    <w:p>
      <w:pPr>
        <w:pStyle w:val="ListBullet"/>
      </w:pPr>
      <w:r>
        <w:rPr>
          <w:sz w:val="22"/>
        </w:rPr>
        <w:t>• Any content you submit to the platform</w:t>
      </w:r>
    </w:p>
    <w:p>
      <w:pPr>
        <w:pStyle w:val="ListBullet"/>
      </w:pPr>
      <w:r>
        <w:rPr>
          <w:sz w:val="22"/>
        </w:rPr>
        <w:t>• Any dispute between you and a restaurant partner or delivery provider</w:t>
      </w:r>
    </w:p>
    <w:p/>
    <w:p>
      <w:pPr>
        <w:pStyle w:val="Heading1"/>
      </w:pPr>
      <w:r>
        <w:rPr>
          <w:color w:val="1A6B3C"/>
        </w:rPr>
        <w:t>7. FOOD SAFETY &amp; HALAL DISCLAIMER</w:t>
      </w:r>
    </w:p>
    <w:p>
      <w:r>
        <w:rPr>
          <w:sz w:val="22"/>
        </w:rPr>
        <w:t>7.1 HalalFood.Com does not independently verify the halal status of food at the time of preparation.</w:t>
      </w:r>
    </w:p>
    <w:p>
      <w:r>
        <w:rPr>
          <w:sz w:val="22"/>
        </w:rPr>
        <w:t>7.2 Users with severe allergies or dietary restrictions should contact the restaurant directly before ordering.</w:t>
      </w:r>
    </w:p>
    <w:p>
      <w:r>
        <w:rPr>
          <w:sz w:val="22"/>
        </w:rPr>
        <w:t>7.3 HalalFood.Com is not responsible for cross-contamination, mislabeling, or any misrepresentation of ingredients by restaurant partners.</w:t>
      </w:r>
    </w:p>
    <w:p>
      <w:r>
        <w:rPr>
          <w:sz w:val="22"/>
        </w:rPr>
        <w:t>7.4 Halal certification is the sole responsibility of the restaurant partner. HalalFood.Com displays certification information as provided by the restaurant and does not guarantee its accuracy.</w:t>
      </w:r>
    </w:p>
    <w:p/>
    <w:p>
      <w:pPr>
        <w:pStyle w:val="Heading1"/>
      </w:pPr>
      <w:r>
        <w:rPr>
          <w:color w:val="1A6B3C"/>
        </w:rPr>
        <w:t>8. PRIVACY POLICY</w:t>
      </w:r>
    </w:p>
    <w:p>
      <w:r>
        <w:rPr>
          <w:sz w:val="22"/>
        </w:rPr>
        <w:t>8.1 HalalFood.Com collects user data including name, email, phone, and delivery address solely for the purpose of processing orders.</w:t>
      </w:r>
    </w:p>
    <w:p>
      <w:r>
        <w:rPr>
          <w:sz w:val="22"/>
        </w:rPr>
        <w:t>8.2 Payment information is processed by Stripe and is never stored by HalalFood.Com.</w:t>
      </w:r>
    </w:p>
    <w:p>
      <w:r>
        <w:rPr>
          <w:sz w:val="22"/>
        </w:rPr>
        <w:t>8.3 HalalFood.Com does not sell user data to third parties.</w:t>
      </w:r>
    </w:p>
    <w:p>
      <w:r>
        <w:rPr>
          <w:sz w:val="22"/>
        </w:rPr>
        <w:t>8.4 User data may be shared with restaurant partners and delivery providers solely for order fulfillment.</w:t>
      </w:r>
    </w:p>
    <w:p>
      <w:r>
        <w:rPr>
          <w:sz w:val="22"/>
        </w:rPr>
        <w:t>8.5 By using the platform you consent to the collection and use of data as described herein.</w:t>
      </w:r>
    </w:p>
    <w:p/>
    <w:p>
      <w:pPr>
        <w:pStyle w:val="Heading1"/>
      </w:pPr>
      <w:r>
        <w:rPr>
          <w:color w:val="1A6B3C"/>
        </w:rPr>
        <w:t>9. PLATFORM RULES</w:t>
      </w:r>
    </w:p>
    <w:p>
      <w:r>
        <w:rPr>
          <w:sz w:val="22"/>
        </w:rPr>
        <w:t>9.1 Users must be 18 years of age or older to create an account.</w:t>
      </w:r>
    </w:p>
    <w:p>
      <w:r>
        <w:rPr>
          <w:sz w:val="22"/>
        </w:rPr>
        <w:t>9.2 You agree not to use the platform for any unlawful purpose.</w:t>
      </w:r>
    </w:p>
    <w:p>
      <w:r>
        <w:rPr>
          <w:sz w:val="22"/>
        </w:rPr>
        <w:t>9.3 HalalFood.Com reserves the right to suspend or terminate any account at any time without notice.</w:t>
      </w:r>
    </w:p>
    <w:p>
      <w:r>
        <w:rPr>
          <w:sz w:val="22"/>
        </w:rPr>
        <w:t>9.4 Fraudulent orders, chargebacks, or abuse of the platform may result in permanent ban and legal action.</w:t>
      </w:r>
    </w:p>
    <w:p/>
    <w:p>
      <w:pPr>
        <w:pStyle w:val="Heading1"/>
      </w:pPr>
      <w:r>
        <w:rPr>
          <w:color w:val="1A6B3C"/>
        </w:rPr>
        <w:t>10. GOVERNING LAW</w:t>
      </w:r>
    </w:p>
    <w:p>
      <w:r>
        <w:rPr>
          <w:sz w:val="22"/>
        </w:rPr>
        <w:t>10.1 These Terms are governed by the laws of the State of Florida without regard to conflict of law principles.</w:t>
      </w:r>
    </w:p>
    <w:p>
      <w:r>
        <w:rPr>
          <w:sz w:val="22"/>
        </w:rPr>
        <w:t>10.2 Any legal action not subject to arbitration shall be brought exclusively in the courts of Orange County, Florida.</w:t>
      </w:r>
    </w:p>
    <w:p/>
    <w:p>
      <w:pPr>
        <w:pStyle w:val="Heading1"/>
      </w:pPr>
      <w:r>
        <w:rPr>
          <w:color w:val="1A6B3C"/>
        </w:rPr>
        <w:t>11. SEVERABILITY</w:t>
      </w:r>
    </w:p>
    <w:p>
      <w:r>
        <w:rPr>
          <w:sz w:val="22"/>
        </w:rPr>
        <w:t>11.1 If any provision of these Terms is found to be unenforceable, the remaining provisions shall continue in full force and effect.</w:t>
      </w:r>
    </w:p>
    <w:p>
      <w:r>
        <w:rPr>
          <w:sz w:val="22"/>
        </w:rPr>
        <w:t>11.2 The unenforceable provision shall be modified to the minimum extent necessary to make it enforceable.</w:t>
      </w:r>
    </w:p>
    <w:p/>
    <w:p>
      <w:pPr>
        <w:pStyle w:val="Heading1"/>
      </w:pPr>
      <w:r>
        <w:rPr>
          <w:color w:val="1A6B3C"/>
        </w:rPr>
        <w:t>12. ENTIRE AGREEMENT</w:t>
      </w:r>
    </w:p>
    <w:p>
      <w:r>
        <w:rPr>
          <w:sz w:val="22"/>
        </w:rPr>
        <w:t>12.1 These Terms constitute the entire agreement between you and HalalFood.Com regarding your use of the platform.</w:t>
      </w:r>
    </w:p>
    <w:p>
      <w:r>
        <w:rPr>
          <w:sz w:val="22"/>
        </w:rPr>
        <w:t>12.2 These Terms supersede all prior agreements, representations, or understandings.</w:t>
      </w:r>
    </w:p>
    <w:p/>
    <w:p>
      <w:pPr>
        <w:pStyle w:val="Heading1"/>
      </w:pPr>
      <w:r>
        <w:t>ACKNOWLEDGMENT</w:t>
      </w:r>
    </w:p>
    <w:p>
      <w:r>
        <w:rPr>
          <w:b/>
          <w:sz w:val="24"/>
        </w:rPr>
        <w:t>BY USING HALALFOOD.COM YOU ACKNOWLEDGE THAT YOU HAVE READ, UNDERSTOOD, AND AGREE TO BE BOUND BY THESE TERMS OF USE, DISCLAIMER, AND POLICIES. IF YOU DO NOT AGREE, STOP USING THIS PLATFORM IMMEDIATELY AND LEAVE.</w:t>
      </w:r>
    </w:p>
    <w:p/>
    <w:p>
      <w:r>
        <w:t>HalalFood.Com · Operated by Renewable Energy Solutions, Inc. · Orlando, FL · info@obadayassin.com · +1 (407) 960-9760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