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color w:val="1A6B3C"/>
        </w:rPr>
        <w:t>HALAL CERTIFICATION ACKNOWLEDGMENT</w:t>
      </w:r>
    </w:p>
    <w:p>
      <w:pPr>
        <w:jc w:val="center"/>
      </w:pPr>
      <w:r>
        <w:t>HalalFood.Com Partner Onboarding Document</w:t>
      </w:r>
    </w:p>
    <w:p/>
    <w:p>
      <w:pPr>
        <w:pStyle w:val="Heading1"/>
      </w:pPr>
      <w:r>
        <w:t>RESTAURANT INFORMATION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Restaurant Name: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  <w:tr>
        <w:tc>
          <w:tcPr>
            <w:tcW w:type="dxa" w:w="4320"/>
          </w:tcPr>
          <w:p>
            <w:r>
              <w:t>Owner/Manager Name: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  <w:tr>
        <w:tc>
          <w:tcPr>
            <w:tcW w:type="dxa" w:w="4320"/>
          </w:tcPr>
          <w:p>
            <w:r>
              <w:t>Address: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  <w:tr>
        <w:tc>
          <w:tcPr>
            <w:tcW w:type="dxa" w:w="4320"/>
          </w:tcPr>
          <w:p>
            <w:r>
              <w:t>Phone: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  <w:tr>
        <w:tc>
          <w:tcPr>
            <w:tcW w:type="dxa" w:w="4320"/>
          </w:tcPr>
          <w:p>
            <w:r>
              <w:t>Email: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</w:tbl>
    <w:p/>
    <w:p>
      <w:pPr>
        <w:pStyle w:val="Heading1"/>
      </w:pPr>
      <w:r>
        <w:t>HALAL CERTIFICATION DETAILS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Certifying Body: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  <w:tr>
        <w:tc>
          <w:tcPr>
            <w:tcW w:type="dxa" w:w="4320"/>
          </w:tcPr>
          <w:p>
            <w:r>
              <w:t>Certificate Number: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  <w:tr>
        <w:tc>
          <w:tcPr>
            <w:tcW w:type="dxa" w:w="4320"/>
          </w:tcPr>
          <w:p>
            <w:r>
              <w:t>Issue Date: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  <w:tr>
        <w:tc>
          <w:tcPr>
            <w:tcW w:type="dxa" w:w="4320"/>
          </w:tcPr>
          <w:p>
            <w:r>
              <w:t>Expiry Date:</w:t>
            </w:r>
          </w:p>
        </w:tc>
        <w:tc>
          <w:tcPr>
            <w:tcW w:type="dxa" w:w="4320"/>
          </w:tcPr>
          <w:p>
            <w:r>
              <w:t>___________________________________</w:t>
            </w:r>
          </w:p>
        </w:tc>
      </w:tr>
    </w:tbl>
    <w:p/>
    <w:p>
      <w:pPr>
        <w:pStyle w:val="Heading1"/>
      </w:pPr>
      <w:r>
        <w:t>ACKNOWLEDGMENTS</w:t>
      </w:r>
    </w:p>
    <w:p>
      <w:r>
        <w:t>By signing this document, I confirm and acknowledge the following:</w:t>
      </w:r>
    </w:p>
    <w:p/>
    <w:p>
      <w:pPr>
        <w:pStyle w:val="ListBullet"/>
      </w:pPr>
      <w:r>
        <w:rPr>
          <w:sz w:val="22"/>
        </w:rPr>
        <w:t>☐  All food prepared and sold through HalalFood.Com is halal certified and complies with Islamic dietary laws.</w:t>
      </w:r>
    </w:p>
    <w:p>
      <w:pPr>
        <w:pStyle w:val="ListBullet"/>
      </w:pPr>
      <w:r>
        <w:rPr>
          <w:sz w:val="22"/>
        </w:rPr>
        <w:t>☐  Our halal certification is current, valid, and issued by a recognized halal certifying body.</w:t>
      </w:r>
    </w:p>
    <w:p>
      <w:pPr>
        <w:pStyle w:val="ListBullet"/>
      </w:pPr>
      <w:r>
        <w:rPr>
          <w:sz w:val="22"/>
        </w:rPr>
        <w:t>☐  We will immediately notify HalalFood.Com if our halal certification lapses, is suspended, or is revoked.</w:t>
      </w:r>
    </w:p>
    <w:p>
      <w:pPr>
        <w:pStyle w:val="ListBullet"/>
      </w:pPr>
      <w:r>
        <w:rPr>
          <w:sz w:val="22"/>
        </w:rPr>
        <w:t>☐  We authorize HalalFood.Com to display our halal certification status on our platform listing.</w:t>
      </w:r>
    </w:p>
    <w:p>
      <w:pPr>
        <w:pStyle w:val="ListBullet"/>
      </w:pPr>
      <w:r>
        <w:rPr>
          <w:sz w:val="22"/>
        </w:rPr>
        <w:t>☐  We understand our listing will be suspended if our certification expires without renewal.</w:t>
      </w:r>
    </w:p>
    <w:p>
      <w:pPr>
        <w:pStyle w:val="ListBullet"/>
      </w:pPr>
      <w:r>
        <w:rPr>
          <w:sz w:val="22"/>
        </w:rPr>
        <w:t>☐  All ingredients used in our menu items are halal certified.</w:t>
      </w:r>
    </w:p>
    <w:p>
      <w:pPr>
        <w:pStyle w:val="ListBullet"/>
      </w:pPr>
      <w:r>
        <w:rPr>
          <w:sz w:val="22"/>
        </w:rPr>
        <w:t>☐  Our food handling, preparation, and storage processes comply with halal standards.</w:t>
      </w:r>
    </w:p>
    <w:p>
      <w:pPr>
        <w:pStyle w:val="ListBullet"/>
      </w:pPr>
      <w:r>
        <w:rPr>
          <w:sz w:val="22"/>
        </w:rPr>
        <w:t>☐  We will not list any non-halal items on our HalalFood.Com menu.</w:t>
      </w:r>
    </w:p>
    <w:p>
      <w:pPr>
        <w:pStyle w:val="ListBullet"/>
      </w:pPr>
      <w:r>
        <w:rPr>
          <w:sz w:val="22"/>
        </w:rPr>
        <w:t>☐  We agree to annual re-verification of our halal certification.</w:t>
      </w:r>
    </w:p>
    <w:p>
      <w:pPr>
        <w:pStyle w:val="ListBullet"/>
      </w:pPr>
      <w:r>
        <w:rPr>
          <w:sz w:val="22"/>
        </w:rPr>
        <w:t>☐  We understand that misrepresentation of halal status may result in immediate termination and legal action.</w:t>
      </w:r>
    </w:p>
    <w:p/>
    <w:p>
      <w:pPr>
        <w:pStyle w:val="Heading1"/>
      </w:pPr>
      <w:r>
        <w:t>DOCUMENTATION CHECKLIST</w:t>
      </w:r>
    </w:p>
    <w:p>
      <w:r>
        <w:t>☐  Copy of current halal certificate (attached)</w:t>
      </w:r>
    </w:p>
    <w:p>
      <w:r>
        <w:t>☐  Copy of business license</w:t>
      </w:r>
    </w:p>
    <w:p>
      <w:r>
        <w:t>☐  Copy of food handler permit</w:t>
      </w:r>
    </w:p>
    <w:p>
      <w:r>
        <w:t>☐  Restaurant photos (interior + kitchen)</w:t>
      </w:r>
    </w:p>
    <w:p/>
    <w:p>
      <w:pPr>
        <w:pStyle w:val="Heading1"/>
      </w:pPr>
      <w:r>
        <w:t>SIGNATURE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Restaurant Representative</w:t>
            </w:r>
          </w:p>
        </w:tc>
        <w:tc>
          <w:tcPr>
            <w:tcW w:type="dxa" w:w="4320"/>
          </w:tcPr>
          <w:p>
            <w:r>
              <w:t>HalalFood.Com (Internal Use)</w:t>
            </w:r>
          </w:p>
        </w:tc>
      </w:tr>
      <w:tr>
        <w:tc>
          <w:tcPr>
            <w:tcW w:type="dxa" w:w="4320"/>
          </w:tcPr>
          <w:p>
            <w:r>
              <w:t>Signature: _______________________</w:t>
            </w:r>
          </w:p>
        </w:tc>
        <w:tc>
          <w:tcPr>
            <w:tcW w:type="dxa" w:w="4320"/>
          </w:tcPr>
          <w:p>
            <w:r>
              <w:t>Verified by: _______________________</w:t>
            </w:r>
          </w:p>
        </w:tc>
      </w:tr>
      <w:tr>
        <w:tc>
          <w:tcPr>
            <w:tcW w:type="dxa" w:w="4320"/>
          </w:tcPr>
          <w:p>
            <w:r>
              <w:t>Name: _______________________</w:t>
            </w:r>
          </w:p>
        </w:tc>
        <w:tc>
          <w:tcPr>
            <w:tcW w:type="dxa" w:w="4320"/>
          </w:tcPr>
          <w:p>
            <w:r>
              <w:t>Date Verified: _______________________</w:t>
            </w:r>
          </w:p>
        </w:tc>
      </w:tr>
      <w:tr>
        <w:tc>
          <w:tcPr>
            <w:tcW w:type="dxa" w:w="4320"/>
          </w:tcPr>
          <w:p>
            <w:r>
              <w:t>Date: _______________________</w:t>
            </w:r>
          </w:p>
        </w:tc>
        <w:tc>
          <w:tcPr>
            <w:tcW w:type="dxa" w:w="4320"/>
          </w:tcPr>
          <w:p>
            <w:r>
              <w:t>Notes: _______________________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